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Probationary Period Review</w:t>
      </w:r>
    </w:p>
    <w:p>
      <w:pPr>
        <w:spacing w:after="160"/>
        <w:ind w:left="173"/>
        <w:pBdr>
          <w:left w:val="single" w:sz="18" w:space="8" w:color="00BFA5"/>
        </w:pBdr>
      </w:pPr>
      <w:r>
        <w:rPr>
          <w:rFonts w:ascii="Inter" w:hAnsi="Inter"/>
          <w:i/>
          <w:color w:val="64748B"/>
          <w:sz w:val="17"/>
        </w:rPr>
        <w:t>ℹ  Use this letter after a probation review meeting to confirm the outcome — successful completion, an extension, or (where appropriate) not passing probation. Keep only the section that applies.</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Following your probationary review meeting on [date], I am writing to confirm the outcome of your probationary period in the role of [job title].</w:t>
      </w:r>
    </w:p>
    <w:p>
      <w:pPr>
        <w:spacing w:before="200" w:after="80"/>
      </w:pPr>
      <w:r>
        <w:rPr>
          <w:rFonts w:ascii="Inter" w:hAnsi="Inter"/>
          <w:b/>
          <w:color w:val="1B2B5E"/>
          <w:sz w:val="24"/>
        </w:rPr>
        <w:t>Summary of your probation</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Start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Probation period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3 months]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Review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Reviewed by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w:t>
            </w:r>
          </w:p>
        </w:tc>
      </w:tr>
    </w:tbl>
    <w:p>
      <w:pPr>
        <w:spacing w:after="40"/>
      </w:pPr>
    </w:p>
    <w:p>
      <w:pPr>
        <w:spacing w:before="200" w:after="80"/>
      </w:pPr>
      <w:r>
        <w:rPr>
          <w:rFonts w:ascii="Inter" w:hAnsi="Inter"/>
          <w:b/>
          <w:color w:val="1B2B5E"/>
          <w:sz w:val="24"/>
        </w:rPr>
        <w:t>Outcome</w:t>
      </w:r>
    </w:p>
    <w:p>
      <w:pPr>
        <w:spacing w:after="160"/>
      </w:pPr>
      <w:r>
        <w:rPr>
          <w:rFonts w:ascii="Inter" w:hAnsi="Inter"/>
          <w:b w:val="0"/>
          <w:i w:val="0"/>
          <w:color w:val="334155"/>
          <w:sz w:val="21"/>
        </w:rPr>
        <w:t>Option A — Passed:  I am pleased to confirm that you have successfully completed your probationary period with effect from [date]. Thank you for your contribution so far. Your employment continues on your existing terms, and your notice period is now [e.g. 1 month].</w:t>
      </w:r>
    </w:p>
    <w:p>
      <w:pPr>
        <w:spacing w:after="160"/>
      </w:pPr>
      <w:r>
        <w:rPr>
          <w:rFonts w:ascii="Inter" w:hAnsi="Inter"/>
          <w:b w:val="0"/>
          <w:i w:val="0"/>
          <w:color w:val="334155"/>
          <w:sz w:val="21"/>
        </w:rPr>
        <w:t>Option B — Extended:  Having reviewed your progress, we have decided to extend your probationary period by [e.g. 4 weeks] to [date]. This is to give you further time and support to reach the required standard in the areas set out below. (A separate extension letter is also available.)</w:t>
      </w:r>
    </w:p>
    <w:p>
      <w:pPr>
        <w:spacing w:after="200"/>
      </w:pPr>
      <w:r>
        <w:rPr>
          <w:rFonts w:ascii="Inter" w:hAnsi="Inter"/>
          <w:b w:val="0"/>
          <w:i w:val="0"/>
          <w:color w:val="334155"/>
          <w:sz w:val="21"/>
        </w:rPr>
        <w:t>Option C — Not passed:  Regrettably, having reviewed your progress against the required standards, we have decided not to confirm your appointment. Your employment will therefore end on [date], in line with your contractual notice during probation.</w:t>
      </w:r>
    </w:p>
    <w:p>
      <w:pPr>
        <w:spacing w:after="120"/>
      </w:pPr>
      <w:r>
        <w:rPr>
          <w:rFonts w:ascii="Inter" w:hAnsi="Inter"/>
          <w:b w:val="0"/>
          <w:i/>
          <w:color w:val="64748B"/>
          <w:sz w:val="18"/>
        </w:rPr>
        <w:t>[Delete the two options that do not apply.]</w:t>
      </w:r>
    </w:p>
    <w:p>
      <w:pPr>
        <w:spacing w:before="200" w:after="80"/>
      </w:pPr>
      <w:r>
        <w:rPr>
          <w:rFonts w:ascii="Inter" w:hAnsi="Inter"/>
          <w:b/>
          <w:color w:val="1B2B5E"/>
          <w:sz w:val="24"/>
        </w:rPr>
        <w:t>Feedback and next steps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Going well</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[Strengths and positives]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To develop</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[Areas to improve, if any]</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Support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[Training / coaching offered]</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Next review</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 if applicable]</w:t>
            </w:r>
          </w:p>
        </w:tc>
      </w:tr>
    </w:tbl>
    <w:p>
      <w:pPr>
        <w:spacing w:after="40"/>
      </w:pPr>
    </w:p>
    <w:p>
      <w:pPr>
        <w:spacing w:after="120"/>
      </w:pPr>
      <w:r>
        <w:rPr>
          <w:rFonts w:ascii="Inter" w:hAnsi="Inter"/>
          <w:b w:val="0"/>
          <w:i w:val="0"/>
          <w:color w:val="334155"/>
          <w:sz w:val="21"/>
        </w:rPr>
        <w:t>If you would like to discuss any part of this, please do get in touch. [Add for Option C: You have the right to appeal this decision by writing to [name] within [e.g. 5] working days.]</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Give honest, specific feedback throughout probation — there should be no surprises at the review.</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PROBATION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